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DF4" w:rsidRDefault="002D2DF4" w:rsidP="002D2DF4">
      <w:pPr>
        <w:pStyle w:val="1"/>
        <w:jc w:val="both"/>
      </w:pPr>
      <w:r>
        <w:rPr>
          <w:noProof/>
          <w:lang w:val="el-GR" w:eastAsia="el-GR"/>
        </w:rPr>
        <w:drawing>
          <wp:anchor distT="0" distB="0" distL="114300" distR="114300" simplePos="0" relativeHeight="251659264" behindDoc="0" locked="0" layoutInCell="1" allowOverlap="1" wp14:anchorId="55C2517B" wp14:editId="1ABCB048">
            <wp:simplePos x="0" y="0"/>
            <wp:positionH relativeFrom="column">
              <wp:posOffset>-95885</wp:posOffset>
            </wp:positionH>
            <wp:positionV relativeFrom="paragraph">
              <wp:posOffset>-177165</wp:posOffset>
            </wp:positionV>
            <wp:extent cx="1414780" cy="590550"/>
            <wp:effectExtent l="0" t="0" r="0" b="0"/>
            <wp:wrapSquare wrapText="right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2DF4" w:rsidRPr="007D1CEA" w:rsidRDefault="002D2DF4" w:rsidP="002D2DF4">
      <w:pPr>
        <w:pStyle w:val="31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el-GR"/>
        </w:rPr>
      </w:pPr>
      <w:r w:rsidRPr="007D1CEA">
        <w:rPr>
          <w:rFonts w:ascii="Times New Roman" w:hAnsi="Times New Roman" w:cs="Times New Roman"/>
          <w:color w:val="auto"/>
          <w:sz w:val="24"/>
          <w:szCs w:val="24"/>
          <w:lang w:val="el-GR"/>
        </w:rPr>
        <w:t>ΕΛΛΗΝΙΚΗ ΔΗΜΟΚΡΑΤΙΑ</w:t>
      </w:r>
      <w:r w:rsidRPr="007D1CEA">
        <w:rPr>
          <w:rFonts w:ascii="Times New Roman" w:hAnsi="Times New Roman" w:cs="Times New Roman"/>
          <w:color w:val="auto"/>
          <w:sz w:val="24"/>
          <w:szCs w:val="24"/>
          <w:lang w:val="el-GR"/>
        </w:rPr>
        <w:tab/>
        <w:t xml:space="preserve">                                     Βόνιτσα  </w:t>
      </w:r>
      <w:r w:rsidR="00CC5732" w:rsidRPr="00CC5732">
        <w:rPr>
          <w:rFonts w:ascii="Times New Roman" w:hAnsi="Times New Roman" w:cs="Times New Roman"/>
          <w:color w:val="auto"/>
          <w:sz w:val="24"/>
          <w:szCs w:val="24"/>
          <w:lang w:val="el-GR"/>
        </w:rPr>
        <w:t>2</w:t>
      </w:r>
      <w:r w:rsidR="00CC5732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7D1CEA">
        <w:rPr>
          <w:rFonts w:ascii="Times New Roman" w:hAnsi="Times New Roman" w:cs="Times New Roman"/>
          <w:color w:val="auto"/>
          <w:sz w:val="24"/>
          <w:szCs w:val="24"/>
          <w:lang w:val="el-GR"/>
        </w:rPr>
        <w:t>-</w:t>
      </w:r>
      <w:r w:rsidR="00CC5732">
        <w:rPr>
          <w:rFonts w:ascii="Times New Roman" w:hAnsi="Times New Roman" w:cs="Times New Roman"/>
          <w:color w:val="auto"/>
          <w:sz w:val="24"/>
          <w:szCs w:val="24"/>
        </w:rPr>
        <w:t>09</w:t>
      </w:r>
      <w:r w:rsidRPr="007D1CEA">
        <w:rPr>
          <w:rFonts w:ascii="Times New Roman" w:hAnsi="Times New Roman" w:cs="Times New Roman"/>
          <w:color w:val="auto"/>
          <w:sz w:val="24"/>
          <w:szCs w:val="24"/>
          <w:lang w:val="el-GR"/>
        </w:rPr>
        <w:t>-202</w:t>
      </w:r>
      <w:r w:rsidR="00E93245">
        <w:rPr>
          <w:rFonts w:ascii="Times New Roman" w:hAnsi="Times New Roman" w:cs="Times New Roman"/>
          <w:color w:val="auto"/>
          <w:sz w:val="24"/>
          <w:szCs w:val="24"/>
          <w:lang w:val="el-GR"/>
        </w:rPr>
        <w:t>6</w:t>
      </w:r>
    </w:p>
    <w:p w:rsidR="002D2DF4" w:rsidRPr="007D1CEA" w:rsidRDefault="002D2DF4" w:rsidP="002D2DF4">
      <w:pPr>
        <w:pStyle w:val="ab"/>
        <w:tabs>
          <w:tab w:val="left" w:pos="511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l-GR"/>
        </w:rPr>
      </w:pPr>
      <w:r w:rsidRPr="007D1CEA">
        <w:rPr>
          <w:rFonts w:ascii="Times New Roman" w:hAnsi="Times New Roman" w:cs="Times New Roman"/>
          <w:b/>
          <w:sz w:val="24"/>
          <w:szCs w:val="24"/>
          <w:lang w:val="el-GR"/>
        </w:rPr>
        <w:t xml:space="preserve">ΝΟΜΟΣ  ΑΙΤΩΛ/ΝΙΑΣ                       </w:t>
      </w:r>
      <w:r w:rsidRPr="007D1CEA">
        <w:rPr>
          <w:rFonts w:ascii="Times New Roman" w:hAnsi="Times New Roman" w:cs="Times New Roman"/>
          <w:b/>
          <w:sz w:val="24"/>
          <w:szCs w:val="24"/>
          <w:lang w:val="el-GR"/>
        </w:rPr>
        <w:tab/>
        <w:t xml:space="preserve">             </w:t>
      </w:r>
    </w:p>
    <w:p w:rsidR="002D2DF4" w:rsidRPr="007D1CEA" w:rsidRDefault="002D2DF4" w:rsidP="002D2DF4">
      <w:pPr>
        <w:pStyle w:val="ab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 w:rsidRPr="007D1CEA">
        <w:rPr>
          <w:rFonts w:ascii="Times New Roman" w:hAnsi="Times New Roman" w:cs="Times New Roman"/>
          <w:b/>
          <w:bCs/>
          <w:sz w:val="24"/>
          <w:szCs w:val="24"/>
          <w:lang w:val="el-GR"/>
        </w:rPr>
        <w:t>ΔΗΜΟΣ ΑΚΤΙΟΥ-ΒΟΝΙΤΣΑΣ</w:t>
      </w:r>
    </w:p>
    <w:p w:rsidR="002D2DF4" w:rsidRPr="007D1CEA" w:rsidRDefault="002D2DF4" w:rsidP="002D2DF4">
      <w:pPr>
        <w:pStyle w:val="ab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 w:rsidRPr="007D1CEA">
        <w:rPr>
          <w:rFonts w:ascii="Times New Roman" w:hAnsi="Times New Roman" w:cs="Times New Roman"/>
          <w:b/>
          <w:bCs/>
          <w:sz w:val="24"/>
          <w:szCs w:val="24"/>
          <w:lang w:val="el-GR"/>
        </w:rPr>
        <w:t>ΔΙΕΥΘΥΝΣΗ ΔΙΟΙΚΗΤΙΚΩΝ ΥΠΗΡΕΣΙΩΝ</w:t>
      </w:r>
    </w:p>
    <w:p w:rsidR="002D2DF4" w:rsidRDefault="002D2DF4" w:rsidP="002D2DF4">
      <w:pPr>
        <w:pStyle w:val="ab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 w:rsidRPr="007D1CEA">
        <w:rPr>
          <w:rFonts w:ascii="Times New Roman" w:hAnsi="Times New Roman" w:cs="Times New Roman"/>
          <w:b/>
          <w:bCs/>
          <w:sz w:val="24"/>
          <w:szCs w:val="24"/>
          <w:lang w:val="el-GR"/>
        </w:rPr>
        <w:t xml:space="preserve">ΤΜΗΜΑ </w:t>
      </w:r>
      <w:r>
        <w:rPr>
          <w:rFonts w:ascii="Times New Roman" w:hAnsi="Times New Roman" w:cs="Times New Roman"/>
          <w:b/>
          <w:bCs/>
          <w:sz w:val="24"/>
          <w:szCs w:val="24"/>
          <w:lang w:val="el-GR"/>
        </w:rPr>
        <w:t xml:space="preserve">ΔΗΜΟΤΙΚΗΣ ΚΑΤΑΣΤΑΣΗΣ, </w:t>
      </w:r>
    </w:p>
    <w:p w:rsidR="002D2DF4" w:rsidRPr="002D2DF4" w:rsidRDefault="002D2DF4" w:rsidP="002D2DF4">
      <w:pPr>
        <w:pStyle w:val="ab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l-GR"/>
        </w:rPr>
        <w:t>ΛΗΞΙΑΡΧΕΙΩΝ</w:t>
      </w:r>
    </w:p>
    <w:p w:rsidR="002D2DF4" w:rsidRPr="007D1CEA" w:rsidRDefault="002D2DF4" w:rsidP="002D2D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</w:p>
    <w:p w:rsidR="002D2DF4" w:rsidRPr="007D1CEA" w:rsidRDefault="002D2DF4" w:rsidP="002D2DF4">
      <w:pPr>
        <w:pStyle w:val="31"/>
        <w:spacing w:before="0" w:line="240" w:lineRule="auto"/>
        <w:rPr>
          <w:rFonts w:ascii="Times New Roman" w:hAnsi="Times New Roman" w:cs="Times New Roman"/>
          <w:b w:val="0"/>
          <w:color w:val="auto"/>
          <w:sz w:val="24"/>
          <w:szCs w:val="24"/>
          <w:lang w:val="el-GR"/>
        </w:rPr>
      </w:pPr>
      <w:proofErr w:type="spellStart"/>
      <w:r w:rsidRPr="007D1CEA">
        <w:rPr>
          <w:rFonts w:ascii="Times New Roman" w:hAnsi="Times New Roman" w:cs="Times New Roman"/>
          <w:b w:val="0"/>
          <w:color w:val="auto"/>
          <w:sz w:val="24"/>
          <w:szCs w:val="24"/>
          <w:lang w:val="el-GR"/>
        </w:rPr>
        <w:t>Ταχ</w:t>
      </w:r>
      <w:proofErr w:type="spellEnd"/>
      <w:r w:rsidRPr="007D1CEA">
        <w:rPr>
          <w:rFonts w:ascii="Times New Roman" w:hAnsi="Times New Roman" w:cs="Times New Roman"/>
          <w:b w:val="0"/>
          <w:color w:val="auto"/>
          <w:sz w:val="24"/>
          <w:szCs w:val="24"/>
          <w:lang w:val="el-GR"/>
        </w:rPr>
        <w:t>. Δ/</w:t>
      </w:r>
      <w:proofErr w:type="spellStart"/>
      <w:r w:rsidRPr="007D1CEA">
        <w:rPr>
          <w:rFonts w:ascii="Times New Roman" w:hAnsi="Times New Roman" w:cs="Times New Roman"/>
          <w:b w:val="0"/>
          <w:color w:val="auto"/>
          <w:sz w:val="24"/>
          <w:szCs w:val="24"/>
          <w:lang w:val="el-GR"/>
        </w:rPr>
        <w:t>νση</w:t>
      </w:r>
      <w:proofErr w:type="spellEnd"/>
      <w:r w:rsidRPr="007D1CEA">
        <w:rPr>
          <w:rFonts w:ascii="Times New Roman" w:hAnsi="Times New Roman" w:cs="Times New Roman"/>
          <w:b w:val="0"/>
          <w:color w:val="auto"/>
          <w:sz w:val="24"/>
          <w:szCs w:val="24"/>
          <w:lang w:val="el-GR"/>
        </w:rPr>
        <w:t>: Βόνιτσα</w:t>
      </w:r>
    </w:p>
    <w:p w:rsidR="002D2DF4" w:rsidRPr="007D1CEA" w:rsidRDefault="002D2DF4" w:rsidP="002D2DF4">
      <w:pPr>
        <w:pStyle w:val="21"/>
        <w:spacing w:before="0" w:line="240" w:lineRule="auto"/>
        <w:rPr>
          <w:rFonts w:ascii="Times New Roman" w:hAnsi="Times New Roman" w:cs="Times New Roman"/>
          <w:b w:val="0"/>
          <w:color w:val="auto"/>
          <w:sz w:val="24"/>
          <w:szCs w:val="24"/>
          <w:u w:val="single"/>
          <w:lang w:val="el-GR"/>
        </w:rPr>
      </w:pPr>
      <w:proofErr w:type="spellStart"/>
      <w:r w:rsidRPr="007D1CEA">
        <w:rPr>
          <w:rFonts w:ascii="Times New Roman" w:hAnsi="Times New Roman" w:cs="Times New Roman"/>
          <w:b w:val="0"/>
          <w:color w:val="auto"/>
          <w:sz w:val="24"/>
          <w:szCs w:val="24"/>
          <w:lang w:val="el-GR"/>
        </w:rPr>
        <w:t>Ταχ</w:t>
      </w:r>
      <w:proofErr w:type="spellEnd"/>
      <w:r w:rsidRPr="007D1CEA">
        <w:rPr>
          <w:rFonts w:ascii="Times New Roman" w:hAnsi="Times New Roman" w:cs="Times New Roman"/>
          <w:b w:val="0"/>
          <w:color w:val="auto"/>
          <w:sz w:val="24"/>
          <w:szCs w:val="24"/>
          <w:lang w:val="el-GR"/>
        </w:rPr>
        <w:t>. Κώδικας: 300 02</w:t>
      </w:r>
      <w:r w:rsidRPr="007D1CEA">
        <w:rPr>
          <w:rFonts w:ascii="Times New Roman" w:hAnsi="Times New Roman" w:cs="Times New Roman"/>
          <w:b w:val="0"/>
          <w:color w:val="auto"/>
          <w:sz w:val="24"/>
          <w:szCs w:val="24"/>
          <w:lang w:val="el-GR"/>
        </w:rPr>
        <w:tab/>
      </w:r>
      <w:r w:rsidRPr="007D1CEA">
        <w:rPr>
          <w:rFonts w:ascii="Times New Roman" w:hAnsi="Times New Roman" w:cs="Times New Roman"/>
          <w:b w:val="0"/>
          <w:color w:val="auto"/>
          <w:sz w:val="24"/>
          <w:szCs w:val="24"/>
          <w:lang w:val="el-GR"/>
        </w:rPr>
        <w:tab/>
      </w:r>
      <w:r w:rsidRPr="007D1CEA">
        <w:rPr>
          <w:rFonts w:ascii="Times New Roman" w:hAnsi="Times New Roman" w:cs="Times New Roman"/>
          <w:b w:val="0"/>
          <w:color w:val="auto"/>
          <w:sz w:val="24"/>
          <w:szCs w:val="24"/>
          <w:lang w:val="el-GR"/>
        </w:rPr>
        <w:tab/>
      </w:r>
      <w:r w:rsidRPr="007D1CEA">
        <w:rPr>
          <w:rFonts w:ascii="Times New Roman" w:hAnsi="Times New Roman" w:cs="Times New Roman"/>
          <w:b w:val="0"/>
          <w:color w:val="auto"/>
          <w:sz w:val="24"/>
          <w:szCs w:val="24"/>
          <w:lang w:val="el-GR"/>
        </w:rPr>
        <w:tab/>
      </w:r>
      <w:r w:rsidRPr="007D1CEA">
        <w:rPr>
          <w:rFonts w:ascii="Times New Roman" w:hAnsi="Times New Roman" w:cs="Times New Roman"/>
          <w:b w:val="0"/>
          <w:color w:val="auto"/>
          <w:sz w:val="24"/>
          <w:szCs w:val="24"/>
          <w:lang w:val="el-GR"/>
        </w:rPr>
        <w:tab/>
      </w:r>
    </w:p>
    <w:p w:rsidR="002D2DF4" w:rsidRPr="007D1CEA" w:rsidRDefault="002D2DF4" w:rsidP="002D2D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7D1CEA">
        <w:rPr>
          <w:rFonts w:ascii="Times New Roman" w:hAnsi="Times New Roman" w:cs="Times New Roman"/>
          <w:sz w:val="24"/>
          <w:szCs w:val="24"/>
          <w:lang w:val="el-GR"/>
        </w:rPr>
        <w:t xml:space="preserve">Πληροφορίες: 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Λάμπρος </w:t>
      </w:r>
      <w:proofErr w:type="spellStart"/>
      <w:r>
        <w:rPr>
          <w:rFonts w:ascii="Times New Roman" w:hAnsi="Times New Roman" w:cs="Times New Roman"/>
          <w:sz w:val="24"/>
          <w:szCs w:val="24"/>
          <w:lang w:val="el-GR"/>
        </w:rPr>
        <w:t>Λέφας</w:t>
      </w:r>
      <w:proofErr w:type="spellEnd"/>
      <w:r w:rsidRPr="007D1CEA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</w:p>
    <w:p w:rsidR="002D2DF4" w:rsidRPr="007D1CEA" w:rsidRDefault="002D2DF4" w:rsidP="002D2D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l-GR"/>
        </w:rPr>
      </w:pPr>
      <w:r w:rsidRPr="007D1CEA">
        <w:rPr>
          <w:rFonts w:ascii="Times New Roman" w:hAnsi="Times New Roman" w:cs="Times New Roman"/>
          <w:sz w:val="24"/>
          <w:szCs w:val="24"/>
          <w:lang w:val="el-GR"/>
        </w:rPr>
        <w:t>Τηλέφωνο:26433601</w:t>
      </w:r>
      <w:r>
        <w:rPr>
          <w:rFonts w:ascii="Times New Roman" w:hAnsi="Times New Roman" w:cs="Times New Roman"/>
          <w:sz w:val="24"/>
          <w:szCs w:val="24"/>
          <w:lang w:val="el-GR"/>
        </w:rPr>
        <w:t>08</w:t>
      </w:r>
      <w:r w:rsidRPr="007D1CEA">
        <w:rPr>
          <w:rFonts w:ascii="Times New Roman" w:hAnsi="Times New Roman" w:cs="Times New Roman"/>
          <w:sz w:val="24"/>
          <w:szCs w:val="24"/>
          <w:lang w:val="el-GR"/>
        </w:rPr>
        <w:t xml:space="preserve">                    </w:t>
      </w:r>
      <w:r w:rsidRPr="007D1CEA">
        <w:rPr>
          <w:rFonts w:ascii="Times New Roman" w:hAnsi="Times New Roman" w:cs="Times New Roman"/>
          <w:sz w:val="24"/>
          <w:szCs w:val="24"/>
          <w:lang w:val="el-GR"/>
        </w:rPr>
        <w:tab/>
      </w:r>
      <w:r w:rsidRPr="007D1CEA">
        <w:rPr>
          <w:rFonts w:ascii="Times New Roman" w:hAnsi="Times New Roman" w:cs="Times New Roman"/>
          <w:sz w:val="24"/>
          <w:szCs w:val="24"/>
          <w:lang w:val="el-GR"/>
        </w:rPr>
        <w:tab/>
      </w:r>
      <w:r w:rsidRPr="007D1CEA">
        <w:rPr>
          <w:rFonts w:ascii="Times New Roman" w:hAnsi="Times New Roman" w:cs="Times New Roman"/>
          <w:sz w:val="24"/>
          <w:szCs w:val="24"/>
          <w:lang w:val="el-GR"/>
        </w:rPr>
        <w:tab/>
      </w:r>
    </w:p>
    <w:p w:rsidR="002D2DF4" w:rsidRDefault="002D2DF4" w:rsidP="002D2DF4">
      <w:pPr>
        <w:tabs>
          <w:tab w:val="left" w:pos="5523"/>
        </w:tabs>
        <w:spacing w:after="0" w:line="240" w:lineRule="auto"/>
        <w:jc w:val="both"/>
        <w:rPr>
          <w:lang w:val="el-GR"/>
        </w:rPr>
      </w:pPr>
      <w:r w:rsidRPr="007D1CEA">
        <w:rPr>
          <w:rFonts w:ascii="Times New Roman" w:hAnsi="Times New Roman" w:cs="Times New Roman"/>
          <w:sz w:val="24"/>
          <w:szCs w:val="24"/>
        </w:rPr>
        <w:t>Mail</w:t>
      </w:r>
      <w:r w:rsidRPr="002D2DF4">
        <w:rPr>
          <w:rFonts w:ascii="Times New Roman" w:hAnsi="Times New Roman" w:cs="Times New Roman"/>
          <w:sz w:val="24"/>
          <w:szCs w:val="24"/>
          <w:lang w:val="el-GR"/>
        </w:rPr>
        <w:t xml:space="preserve">: </w:t>
      </w:r>
      <w:hyperlink r:id="rId8" w:history="1">
        <w:r w:rsidR="007B355B" w:rsidRPr="000F6FB7">
          <w:rPr>
            <w:rStyle w:val="-"/>
            <w:lang w:val="el-GR"/>
          </w:rPr>
          <w:t>lablefas@1258.syzefxis.gov.gr</w:t>
        </w:r>
      </w:hyperlink>
      <w:r w:rsidR="007B355B" w:rsidRPr="00E93245">
        <w:rPr>
          <w:lang w:val="el-GR"/>
        </w:rPr>
        <w:t xml:space="preserve"> </w:t>
      </w:r>
    </w:p>
    <w:p w:rsidR="008A3C7C" w:rsidRPr="008A3C7C" w:rsidRDefault="008A3C7C" w:rsidP="002D2DF4">
      <w:pPr>
        <w:tabs>
          <w:tab w:val="left" w:pos="55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:rsidR="002D2DF4" w:rsidRPr="002D2DF4" w:rsidRDefault="002D2DF4" w:rsidP="002D2DF4">
      <w:pPr>
        <w:tabs>
          <w:tab w:val="left" w:pos="55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2D2DF4">
        <w:rPr>
          <w:rFonts w:ascii="Times New Roman" w:hAnsi="Times New Roman" w:cs="Times New Roman"/>
          <w:sz w:val="24"/>
          <w:szCs w:val="24"/>
          <w:lang w:val="el-GR"/>
        </w:rPr>
        <w:tab/>
      </w:r>
    </w:p>
    <w:p w:rsidR="00A43F51" w:rsidRDefault="00A43F51" w:rsidP="00A43F51">
      <w:pPr>
        <w:pStyle w:val="Web"/>
        <w:spacing w:before="0" w:beforeAutospacing="0" w:after="120" w:afterAutospacing="0"/>
        <w:jc w:val="center"/>
        <w:rPr>
          <w:b/>
        </w:rPr>
      </w:pPr>
      <w:r w:rsidRPr="00A43F51">
        <w:rPr>
          <w:b/>
        </w:rPr>
        <w:t>ΑΝΑΚΟΙΝΩΣΗ ΤΜΗΜΑΤΟΣ ΔΗΜΟΤΟΛΟΓΙΟΥ</w:t>
      </w:r>
    </w:p>
    <w:p w:rsidR="00A43F51" w:rsidRPr="00A43F51" w:rsidRDefault="00A43F51" w:rsidP="00A43F51">
      <w:pPr>
        <w:pStyle w:val="Web"/>
        <w:spacing w:before="0" w:beforeAutospacing="0" w:after="120" w:afterAutospacing="0"/>
        <w:jc w:val="center"/>
        <w:rPr>
          <w:b/>
        </w:rPr>
      </w:pPr>
      <w:r w:rsidRPr="00A43F51">
        <w:rPr>
          <w:b/>
        </w:rPr>
        <w:t xml:space="preserve">Ηλεκτρονική εξυπηρέτηση δημοτών για θέματα Δημοτολογίου μέσω </w:t>
      </w:r>
      <w:proofErr w:type="spellStart"/>
      <w:r w:rsidRPr="00A43F51">
        <w:rPr>
          <w:b/>
        </w:rPr>
        <w:t>gov.gr</w:t>
      </w:r>
      <w:proofErr w:type="spellEnd"/>
    </w:p>
    <w:p w:rsidR="00A43F51" w:rsidRPr="00A43F51" w:rsidRDefault="00A43F51" w:rsidP="00A43F51">
      <w:pPr>
        <w:pStyle w:val="Web"/>
        <w:spacing w:before="0" w:beforeAutospacing="0" w:after="120" w:afterAutospacing="0"/>
        <w:jc w:val="center"/>
        <w:rPr>
          <w:b/>
        </w:rPr>
      </w:pPr>
    </w:p>
    <w:p w:rsidR="00E93245" w:rsidRPr="00A43F51" w:rsidRDefault="00A43F51" w:rsidP="00A43F5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A43F51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Η παρούσα ανακοίνωση εκδίδεται</w:t>
      </w:r>
      <w:r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 </w:t>
      </w:r>
      <w:r w:rsidR="002D2DF4" w:rsidRPr="00A43F51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από το Τμήμα Δημοτικής Κατάστασης και Ληξιαρχείων στο πλαίσιο της </w:t>
      </w:r>
      <w:proofErr w:type="spellStart"/>
      <w:r w:rsidR="002D2DF4" w:rsidRPr="00A43F51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στοχοθεσίας</w:t>
      </w:r>
      <w:proofErr w:type="spellEnd"/>
      <w:r w:rsidR="002D2DF4" w:rsidRPr="00A43F51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 έτους 202</w:t>
      </w:r>
      <w:r w:rsidR="00E93245" w:rsidRPr="00A43F51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6</w:t>
      </w:r>
      <w:r w:rsidR="002D2DF4" w:rsidRPr="00A43F51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 για τη βελτίωση της ποιότητας των παρεχόμενων υπηρεσιών, σύμφωνα  με  την  </w:t>
      </w:r>
      <w:r w:rsidRPr="00A43F51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υπ’ </w:t>
      </w:r>
      <w:proofErr w:type="spellStart"/>
      <w:r w:rsidR="002D2DF4" w:rsidRPr="00A43F51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αρίθ</w:t>
      </w:r>
      <w:proofErr w:type="spellEnd"/>
      <w:r w:rsidR="002D2DF4" w:rsidRPr="00A43F51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. </w:t>
      </w:r>
      <w:proofErr w:type="spellStart"/>
      <w:r w:rsidR="002D2DF4" w:rsidRPr="00A43F51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πρωτ</w:t>
      </w:r>
      <w:proofErr w:type="spellEnd"/>
      <w:r w:rsidR="002D2DF4" w:rsidRPr="00A43F51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. </w:t>
      </w:r>
      <w:r w:rsidR="00E93245" w:rsidRPr="00A43F51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1985/12-02-2026 (ΑΔΑ: 6ΧΟ9Ω6Ζ-ΙΜΗ)</w:t>
      </w:r>
      <w:r w:rsidR="00CC573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E93245" w:rsidRPr="00A43F51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απόφαση Δημάρχου</w:t>
      </w:r>
      <w:r w:rsidR="002D2DF4" w:rsidRPr="00A43F51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. </w:t>
      </w:r>
    </w:p>
    <w:p w:rsidR="00E93245" w:rsidRPr="00E93245" w:rsidRDefault="00E93245" w:rsidP="00A43F5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E93245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Ο </w:t>
      </w:r>
      <w:r w:rsidRPr="00E93245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l-GR"/>
        </w:rPr>
        <w:t>Δήμος Ακτίου-Βόνιτσας</w:t>
      </w:r>
      <w:r w:rsidRPr="00E93245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 ενημερώνει τους δημότες ότι παρέχεται η δυνατότητα ηλεκτρονικής εξυπηρέτησης για θέματα αρμοδιότητας Δημοτολογίου και Ληξιαρχείου μέσω της </w:t>
      </w:r>
      <w:r w:rsidRPr="00E93245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l-GR"/>
        </w:rPr>
        <w:t>Ενιαίας Ψηφιακής Πύλης του Δημοσίου (</w:t>
      </w:r>
      <w:proofErr w:type="spellStart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gov</w:t>
      </w:r>
      <w:proofErr w:type="spellEnd"/>
      <w:r w:rsidRPr="00E93245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l-GR"/>
        </w:rPr>
        <w:t>.</w:t>
      </w:r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gr</w:t>
      </w:r>
      <w:r w:rsidRPr="00E93245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l-GR"/>
        </w:rPr>
        <w:t>)</w:t>
      </w:r>
      <w:r w:rsidRPr="00E93245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.</w:t>
      </w:r>
    </w:p>
    <w:p w:rsidR="00E93245" w:rsidRPr="00E93245" w:rsidRDefault="00E93245" w:rsidP="00A43F5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E93245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Οι πολίτες μπορούν να εξυπηρετούνται ηλεκτρονικά, χωρίς να απαιτείται η αυτοπρόσωπη προσέλευσή τους στις υπηρεσίες του Δήμου, στις περιπτώσεις που η συγκεκριμένη διαδικασία παρέχεται ηλεκτρονικά.</w:t>
      </w:r>
    </w:p>
    <w:p w:rsidR="00E93245" w:rsidRPr="00A43F51" w:rsidRDefault="00E93245" w:rsidP="00A43F51">
      <w:pPr>
        <w:spacing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l-GR" w:eastAsia="el-GR"/>
        </w:rPr>
      </w:pPr>
      <w:r w:rsidRPr="00A43F51">
        <w:rPr>
          <w:rFonts w:ascii="Times New Roman" w:eastAsia="Times New Roman" w:hAnsi="Times New Roman" w:cs="Times New Roman"/>
          <w:b/>
          <w:bCs/>
          <w:sz w:val="27"/>
          <w:szCs w:val="27"/>
          <w:lang w:val="el-GR" w:eastAsia="el-GR"/>
        </w:rPr>
        <w:t>Τι μπορείτε να κάνετε ηλεκτρονικά</w:t>
      </w:r>
    </w:p>
    <w:p w:rsidR="00E93245" w:rsidRPr="00E93245" w:rsidRDefault="00E93245" w:rsidP="00A43F51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E93245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Μέσω των διαθέσιμων ψηφιακών υπηρεσιών μπορείτε, ανάλογα με τη διαδικασία, να υποβάλετε αιτήματα για:</w:t>
      </w:r>
    </w:p>
    <w:p w:rsidR="00E93245" w:rsidRPr="009A585C" w:rsidRDefault="00E93245" w:rsidP="00A43F51">
      <w:pPr>
        <w:numPr>
          <w:ilvl w:val="0"/>
          <w:numId w:val="1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Πιστο</w:t>
      </w:r>
      <w:proofErr w:type="spellEnd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ποιητικό </w:t>
      </w:r>
      <w:proofErr w:type="spellStart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Ιθ</w:t>
      </w:r>
      <w:proofErr w:type="spellEnd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αγένειας</w:t>
      </w:r>
    </w:p>
    <w:p w:rsidR="00E93245" w:rsidRPr="009A585C" w:rsidRDefault="00E93245" w:rsidP="00A43F51">
      <w:pPr>
        <w:numPr>
          <w:ilvl w:val="0"/>
          <w:numId w:val="1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Πιστο</w:t>
      </w:r>
      <w:proofErr w:type="spellEnd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ποιητικό </w:t>
      </w:r>
      <w:proofErr w:type="spellStart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Εγγυτέρων</w:t>
      </w:r>
      <w:proofErr w:type="spellEnd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Συγγενών</w:t>
      </w:r>
      <w:proofErr w:type="spellEnd"/>
    </w:p>
    <w:p w:rsidR="00E93245" w:rsidRPr="009A585C" w:rsidRDefault="00E93245" w:rsidP="00A43F51">
      <w:pPr>
        <w:numPr>
          <w:ilvl w:val="0"/>
          <w:numId w:val="1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Πιστο</w:t>
      </w:r>
      <w:proofErr w:type="spellEnd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ποιητικό </w:t>
      </w:r>
      <w:proofErr w:type="spellStart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Εντο</w:t>
      </w:r>
      <w:proofErr w:type="spellEnd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πιότητας</w:t>
      </w:r>
    </w:p>
    <w:p w:rsidR="00E93245" w:rsidRPr="009A585C" w:rsidRDefault="00E93245" w:rsidP="00A43F51">
      <w:pPr>
        <w:numPr>
          <w:ilvl w:val="0"/>
          <w:numId w:val="1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Πιστο</w:t>
      </w:r>
      <w:proofErr w:type="spellEnd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ποιητικό </w:t>
      </w:r>
      <w:proofErr w:type="spellStart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Εγγρ</w:t>
      </w:r>
      <w:proofErr w:type="spellEnd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αφής </w:t>
      </w:r>
      <w:proofErr w:type="spellStart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στ</w:t>
      </w:r>
      <w:proofErr w:type="spellEnd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α </w:t>
      </w:r>
      <w:proofErr w:type="spellStart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Μητρώ</w:t>
      </w:r>
      <w:proofErr w:type="spellEnd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α </w:t>
      </w:r>
      <w:proofErr w:type="spellStart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Αρρένων</w:t>
      </w:r>
      <w:proofErr w:type="spellEnd"/>
    </w:p>
    <w:p w:rsidR="00E93245" w:rsidRPr="009A585C" w:rsidRDefault="00E93245" w:rsidP="00A43F51">
      <w:pPr>
        <w:numPr>
          <w:ilvl w:val="0"/>
          <w:numId w:val="1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Πιστο</w:t>
      </w:r>
      <w:proofErr w:type="spellEnd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ποιητικό </w:t>
      </w:r>
      <w:proofErr w:type="spellStart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Γέννησης</w:t>
      </w:r>
      <w:proofErr w:type="spellEnd"/>
    </w:p>
    <w:p w:rsidR="00E93245" w:rsidRPr="00E93245" w:rsidRDefault="00E93245" w:rsidP="00A43F51">
      <w:pPr>
        <w:numPr>
          <w:ilvl w:val="0"/>
          <w:numId w:val="1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E93245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l-GR"/>
        </w:rPr>
        <w:t>Πιστοποιητικό Οικογενειακής Κατάστασης</w:t>
      </w:r>
      <w:r w:rsidRPr="00E93245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, όπου προβλέπεται η έκδοσή του</w:t>
      </w:r>
    </w:p>
    <w:p w:rsidR="00E93245" w:rsidRPr="00E93245" w:rsidRDefault="00E93245" w:rsidP="00A43F51">
      <w:pPr>
        <w:numPr>
          <w:ilvl w:val="0"/>
          <w:numId w:val="1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E93245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l-GR"/>
        </w:rPr>
        <w:t>Ληξιαρχικές πράξεις Γέννησης, Γάμου, Συμφώνου Συμβίωσης και Θανάτου</w:t>
      </w:r>
    </w:p>
    <w:p w:rsidR="00E93245" w:rsidRPr="00A43F51" w:rsidRDefault="00E93245" w:rsidP="00A43F51">
      <w:pPr>
        <w:spacing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l-GR"/>
        </w:rPr>
      </w:pPr>
      <w:r w:rsidRPr="00A43F51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l-GR"/>
        </w:rPr>
        <w:lastRenderedPageBreak/>
        <w:t>Πώς υποβάλλετε το αίτημά σας</w:t>
      </w:r>
    </w:p>
    <w:p w:rsidR="00E93245" w:rsidRPr="00E93245" w:rsidRDefault="00E93245" w:rsidP="00A43F5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E93245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Οι ενδιαφερόμενοι μπορούν να εισέρχονται στην ηλεκτρονική υπηρεσία </w:t>
      </w:r>
      <w:r w:rsidRPr="00E93245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l-GR"/>
        </w:rPr>
        <w:t>«Αιτήσεις προς Δήμους»</w:t>
      </w:r>
      <w:r w:rsidRPr="00E93245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 του </w:t>
      </w:r>
      <w:proofErr w:type="spellStart"/>
      <w:r w:rsidRPr="009A585C">
        <w:rPr>
          <w:rFonts w:ascii="Times New Roman" w:eastAsia="Times New Roman" w:hAnsi="Times New Roman" w:cs="Times New Roman"/>
          <w:sz w:val="24"/>
          <w:szCs w:val="24"/>
          <w:lang w:eastAsia="el-GR"/>
        </w:rPr>
        <w:t>gov</w:t>
      </w:r>
      <w:proofErr w:type="spellEnd"/>
      <w:r w:rsidRPr="00E93245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.</w:t>
      </w:r>
      <w:r w:rsidRPr="009A585C">
        <w:rPr>
          <w:rFonts w:ascii="Times New Roman" w:eastAsia="Times New Roman" w:hAnsi="Times New Roman" w:cs="Times New Roman"/>
          <w:sz w:val="24"/>
          <w:szCs w:val="24"/>
          <w:lang w:eastAsia="el-GR"/>
        </w:rPr>
        <w:t>gr</w:t>
      </w:r>
      <w:r w:rsidRPr="00E93245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 και να επιλέγουν τον </w:t>
      </w:r>
      <w:r w:rsidRPr="00E93245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l-GR"/>
        </w:rPr>
        <w:t>Δήμο Ακτίου-Βόνιτσας</w:t>
      </w:r>
      <w:r w:rsidRPr="00E93245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.</w:t>
      </w:r>
    </w:p>
    <w:p w:rsidR="00E93245" w:rsidRPr="00E93245" w:rsidRDefault="00E93245" w:rsidP="00A43F5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E93245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Όταν το ζητούμενο πιστοποιητικό ή η ληξιαρχική πράξη δεν μπορεί να εκδοθεί άμεσα ηλεκτρονικά, το αίτημα διαβιβάζεται στην αρμόδια υπηρεσία του Δήμου για την επεξεργασία και την έκδοσή του.</w:t>
      </w:r>
    </w:p>
    <w:p w:rsidR="00E93245" w:rsidRPr="00E93245" w:rsidRDefault="00E93245" w:rsidP="00A43F51">
      <w:pPr>
        <w:spacing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l-GR" w:eastAsia="el-GR"/>
        </w:rPr>
      </w:pPr>
      <w:r w:rsidRPr="00E93245">
        <w:rPr>
          <w:rFonts w:ascii="Times New Roman" w:eastAsia="Times New Roman" w:hAnsi="Times New Roman" w:cs="Times New Roman"/>
          <w:b/>
          <w:bCs/>
          <w:sz w:val="27"/>
          <w:szCs w:val="27"/>
          <w:lang w:val="el-GR" w:eastAsia="el-GR"/>
        </w:rPr>
        <w:t>Πού παραλαμβάνετε το έγγραφο</w:t>
      </w:r>
    </w:p>
    <w:p w:rsidR="00E93245" w:rsidRPr="00E93245" w:rsidRDefault="00E93245" w:rsidP="00A43F51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E93245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Μετά την ολοκλήρωση της διαδικασίας από τον Δήμο, το έγγραφο αποστέλλεται στη </w:t>
      </w:r>
      <w:r w:rsidRPr="00E93245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l-GR"/>
        </w:rPr>
        <w:t>Θυρίδα Πολίτη (</w:t>
      </w:r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my</w:t>
      </w:r>
      <w:r w:rsidRPr="00E93245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l-GR"/>
        </w:rPr>
        <w:t>.</w:t>
      </w:r>
      <w:proofErr w:type="spellStart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gov</w:t>
      </w:r>
      <w:proofErr w:type="spellEnd"/>
      <w:r w:rsidRPr="00E93245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l-GR"/>
        </w:rPr>
        <w:t>.</w:t>
      </w:r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gr</w:t>
      </w:r>
      <w:r w:rsidRPr="00E93245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l-GR"/>
        </w:rPr>
        <w:t>)</w:t>
      </w:r>
      <w:r w:rsidRPr="00E93245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.</w:t>
      </w:r>
    </w:p>
    <w:p w:rsidR="00E93245" w:rsidRPr="00E93245" w:rsidRDefault="00E93245" w:rsidP="00A43F51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E93245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Ο πολίτης ενημερώνεται για την ολοκλήρωση της διαδικασίας μέσω </w:t>
      </w:r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e</w:t>
      </w:r>
      <w:r w:rsidRPr="00E93245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l-GR"/>
        </w:rPr>
        <w:t>-</w:t>
      </w:r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mail</w:t>
      </w:r>
      <w:r w:rsidRPr="00E93245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l-GR"/>
        </w:rPr>
        <w:t xml:space="preserve"> και </w:t>
      </w:r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SMS</w:t>
      </w:r>
      <w:r w:rsidRPr="00E93245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, σύμφωνα με τα στοιχεία επικοινωνίας που έχει δηλώσει.</w:t>
      </w:r>
    </w:p>
    <w:p w:rsidR="00E93245" w:rsidRPr="00E93245" w:rsidRDefault="00E93245" w:rsidP="00A43F51">
      <w:pPr>
        <w:spacing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l-GR" w:eastAsia="el-GR"/>
        </w:rPr>
      </w:pPr>
      <w:r w:rsidRPr="00E93245">
        <w:rPr>
          <w:rFonts w:ascii="Times New Roman" w:eastAsia="Times New Roman" w:hAnsi="Times New Roman" w:cs="Times New Roman"/>
          <w:b/>
          <w:bCs/>
          <w:sz w:val="27"/>
          <w:szCs w:val="27"/>
          <w:lang w:val="el-GR" w:eastAsia="el-GR"/>
        </w:rPr>
        <w:t>Χρήσιμοι σύνδεσμοι</w:t>
      </w:r>
    </w:p>
    <w:p w:rsidR="00E93245" w:rsidRPr="00E93245" w:rsidRDefault="00E93245" w:rsidP="00A43F51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E93245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l-GR"/>
        </w:rPr>
        <w:t xml:space="preserve">Αιτήσεις προς Δήμους – </w:t>
      </w:r>
      <w:proofErr w:type="spellStart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gov</w:t>
      </w:r>
      <w:proofErr w:type="spellEnd"/>
      <w:r w:rsidRPr="00E93245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l-GR"/>
        </w:rPr>
        <w:t>.</w:t>
      </w:r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gr</w:t>
      </w:r>
      <w:r w:rsidRPr="00E93245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br/>
      </w:r>
      <w:hyperlink r:id="rId9" w:history="1">
        <w:r w:rsidRPr="00E9324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l-GR" w:eastAsia="el-GR"/>
          </w:rPr>
          <w:t>Υποβολή ηλεκτρονικής αίτησης προς Δήμο</w:t>
        </w:r>
      </w:hyperlink>
    </w:p>
    <w:p w:rsidR="00E93245" w:rsidRPr="00E93245" w:rsidRDefault="00E93245" w:rsidP="00A43F51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E93245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l-GR"/>
        </w:rPr>
        <w:t xml:space="preserve">Πιστοποιητικά Δημοτολογίου και Ληξιαρχείου – </w:t>
      </w:r>
      <w:proofErr w:type="spellStart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gov</w:t>
      </w:r>
      <w:proofErr w:type="spellEnd"/>
      <w:r w:rsidRPr="00E93245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l-GR"/>
        </w:rPr>
        <w:t>.</w:t>
      </w:r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gr</w:t>
      </w:r>
      <w:r w:rsidRPr="00E93245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br/>
      </w:r>
      <w:hyperlink r:id="rId10" w:history="1">
        <w:r w:rsidRPr="00E9324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l-GR" w:eastAsia="el-GR"/>
          </w:rPr>
          <w:t xml:space="preserve">Έκδοση </w:t>
        </w:r>
        <w:proofErr w:type="spellStart"/>
        <w:r w:rsidRPr="00E9324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l-GR" w:eastAsia="el-GR"/>
          </w:rPr>
          <w:t>πιστοποιητικ</w:t>
        </w:r>
        <w:proofErr w:type="spellEnd"/>
        <w:r w:rsidRPr="00E9324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l-GR" w:eastAsia="el-GR"/>
          </w:rPr>
          <w:t xml:space="preserve"> και ληξιαρχικών πράξεων</w:t>
        </w:r>
      </w:hyperlink>
    </w:p>
    <w:p w:rsidR="00E93245" w:rsidRPr="00E93245" w:rsidRDefault="00E93245" w:rsidP="00A43F51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E93245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l-GR"/>
        </w:rPr>
        <w:t xml:space="preserve">Θυρίδα Πολίτη – </w:t>
      </w:r>
      <w:proofErr w:type="spellStart"/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gov</w:t>
      </w:r>
      <w:proofErr w:type="spellEnd"/>
      <w:r w:rsidRPr="00E93245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l-GR"/>
        </w:rPr>
        <w:t>.</w:t>
      </w:r>
      <w:r w:rsidRPr="009A585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gr</w:t>
      </w:r>
      <w:r w:rsidRPr="00E93245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br/>
      </w:r>
      <w:hyperlink r:id="rId11" w:history="1">
        <w:r w:rsidRPr="00E9324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l-GR" w:eastAsia="el-GR"/>
          </w:rPr>
          <w:t>Είσοδος στη Θυρίδα Πολίτη</w:t>
        </w:r>
      </w:hyperlink>
    </w:p>
    <w:p w:rsidR="00E93245" w:rsidRPr="00E93245" w:rsidRDefault="00E93245" w:rsidP="00CC5732">
      <w:pPr>
        <w:spacing w:after="120" w:line="240" w:lineRule="auto"/>
        <w:jc w:val="both"/>
        <w:rPr>
          <w:lang w:val="el-GR"/>
        </w:rPr>
      </w:pPr>
      <w:r w:rsidRPr="00E93245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Για πληροφορίες ή διευκρινίσεις σχετικά με διαδικασίες αρμοδιότητας Δημοτολογίου και Ληξιαρχείου, οι πολίτες μπορούν να απευθύνονται στις αρμόδιες υπηρεσίες του </w:t>
      </w:r>
      <w:r w:rsidRPr="00E93245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l-GR"/>
        </w:rPr>
        <w:t>Δήμου Ακτίου-Βόνιτσας</w:t>
      </w:r>
      <w:r w:rsidRPr="00E93245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.</w:t>
      </w:r>
    </w:p>
    <w:p w:rsidR="007B355B" w:rsidRPr="007B355B" w:rsidRDefault="007B355B" w:rsidP="00A43F5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  <w:r w:rsidRPr="007B355B">
        <w:rPr>
          <w:rFonts w:ascii="Times New Roman" w:hAnsi="Times New Roman" w:cs="Times New Roman"/>
          <w:b/>
          <w:sz w:val="24"/>
          <w:szCs w:val="24"/>
          <w:lang w:val="el-GR"/>
        </w:rPr>
        <w:t>Επικοινωνία</w:t>
      </w:r>
    </w:p>
    <w:p w:rsidR="007B355B" w:rsidRDefault="007B355B" w:rsidP="00A43F51">
      <w:pPr>
        <w:pStyle w:val="ab"/>
        <w:spacing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7D1CEA">
        <w:rPr>
          <w:rFonts w:ascii="Times New Roman" w:hAnsi="Times New Roman" w:cs="Times New Roman"/>
          <w:b/>
          <w:bCs/>
          <w:sz w:val="24"/>
          <w:szCs w:val="24"/>
          <w:lang w:val="el-GR"/>
        </w:rPr>
        <w:t xml:space="preserve">ΤΜΗΜΑ </w:t>
      </w:r>
      <w:r>
        <w:rPr>
          <w:rFonts w:ascii="Times New Roman" w:hAnsi="Times New Roman" w:cs="Times New Roman"/>
          <w:b/>
          <w:bCs/>
          <w:sz w:val="24"/>
          <w:szCs w:val="24"/>
          <w:lang w:val="el-GR"/>
        </w:rPr>
        <w:t>ΔΗΜΟΤΙΚΗΣ ΚΑΤΑΣΤΑΣΗΣ, ΛΗΞΙΑΡΧΕΙΩΝ</w:t>
      </w:r>
      <w:r w:rsidRPr="007B355B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</w:p>
    <w:p w:rsidR="007B355B" w:rsidRDefault="007B355B" w:rsidP="00A43F5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7B355B">
        <w:rPr>
          <w:rFonts w:ascii="Times New Roman" w:hAnsi="Times New Roman" w:cs="Times New Roman"/>
          <w:sz w:val="24"/>
          <w:szCs w:val="24"/>
          <w:lang w:val="el-GR"/>
        </w:rPr>
        <w:t xml:space="preserve">Διεύθυνση: Βόνιτσα </w:t>
      </w:r>
      <w:proofErr w:type="spellStart"/>
      <w:r w:rsidRPr="007B355B">
        <w:rPr>
          <w:rFonts w:ascii="Times New Roman" w:hAnsi="Times New Roman" w:cs="Times New Roman"/>
          <w:sz w:val="24"/>
          <w:szCs w:val="24"/>
          <w:lang w:val="el-GR"/>
        </w:rPr>
        <w:t>Αιτ</w:t>
      </w:r>
      <w:proofErr w:type="spellEnd"/>
      <w:r w:rsidRPr="007B355B">
        <w:rPr>
          <w:rFonts w:ascii="Times New Roman" w:hAnsi="Times New Roman" w:cs="Times New Roman"/>
          <w:sz w:val="24"/>
          <w:szCs w:val="24"/>
          <w:lang w:val="el-GR"/>
        </w:rPr>
        <w:t>/</w:t>
      </w:r>
      <w:proofErr w:type="spellStart"/>
      <w:r w:rsidRPr="007B355B">
        <w:rPr>
          <w:rFonts w:ascii="Times New Roman" w:hAnsi="Times New Roman" w:cs="Times New Roman"/>
          <w:sz w:val="24"/>
          <w:szCs w:val="24"/>
          <w:lang w:val="el-GR"/>
        </w:rPr>
        <w:t>νίας</w:t>
      </w:r>
      <w:proofErr w:type="spellEnd"/>
      <w:r w:rsidRPr="007B355B">
        <w:rPr>
          <w:rFonts w:ascii="Times New Roman" w:hAnsi="Times New Roman" w:cs="Times New Roman"/>
          <w:sz w:val="24"/>
          <w:szCs w:val="24"/>
          <w:lang w:val="el-GR"/>
        </w:rPr>
        <w:t>, Τ.Κ. 300 0</w:t>
      </w:r>
      <w:bookmarkStart w:id="0" w:name="_GoBack"/>
      <w:bookmarkEnd w:id="0"/>
      <w:r w:rsidRPr="007B355B">
        <w:rPr>
          <w:rFonts w:ascii="Times New Roman" w:hAnsi="Times New Roman" w:cs="Times New Roman"/>
          <w:sz w:val="24"/>
          <w:szCs w:val="24"/>
          <w:lang w:val="el-GR"/>
        </w:rPr>
        <w:t>2</w:t>
      </w:r>
    </w:p>
    <w:p w:rsidR="007B355B" w:rsidRDefault="007B355B" w:rsidP="00A43F5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7B355B">
        <w:rPr>
          <w:rFonts w:ascii="Times New Roman" w:hAnsi="Times New Roman" w:cs="Times New Roman"/>
          <w:sz w:val="24"/>
          <w:szCs w:val="24"/>
          <w:lang w:val="el-GR"/>
        </w:rPr>
        <w:t xml:space="preserve">Τηλέφωνο: </w:t>
      </w:r>
      <w:r>
        <w:rPr>
          <w:rFonts w:ascii="Times New Roman" w:hAnsi="Times New Roman" w:cs="Times New Roman"/>
          <w:sz w:val="24"/>
          <w:szCs w:val="24"/>
          <w:lang w:val="el-GR"/>
        </w:rPr>
        <w:t>2643360108</w:t>
      </w:r>
    </w:p>
    <w:p w:rsidR="007B355B" w:rsidRDefault="007B355B" w:rsidP="00A43F51">
      <w:pPr>
        <w:spacing w:after="120" w:line="240" w:lineRule="auto"/>
        <w:rPr>
          <w:lang w:val="el-GR"/>
        </w:rPr>
      </w:pPr>
      <w:proofErr w:type="spellStart"/>
      <w:r w:rsidRPr="007B355B">
        <w:rPr>
          <w:rFonts w:ascii="Times New Roman" w:hAnsi="Times New Roman" w:cs="Times New Roman"/>
          <w:sz w:val="24"/>
          <w:szCs w:val="24"/>
          <w:lang w:val="el-GR"/>
        </w:rPr>
        <w:t>Email</w:t>
      </w:r>
      <w:proofErr w:type="spellEnd"/>
      <w:r w:rsidRPr="007B355B">
        <w:rPr>
          <w:rFonts w:ascii="Times New Roman" w:hAnsi="Times New Roman" w:cs="Times New Roman"/>
          <w:sz w:val="24"/>
          <w:szCs w:val="24"/>
          <w:lang w:val="el-GR"/>
        </w:rPr>
        <w:t xml:space="preserve">: </w:t>
      </w:r>
      <w:hyperlink r:id="rId12" w:history="1">
        <w:r w:rsidRPr="000F6FB7">
          <w:rPr>
            <w:rStyle w:val="-"/>
            <w:lang w:val="el-GR"/>
          </w:rPr>
          <w:t>lablefas@1258.syzefxis.gov.gr</w:t>
        </w:r>
      </w:hyperlink>
      <w:r>
        <w:rPr>
          <w:lang w:val="el-GR"/>
        </w:rPr>
        <w:t xml:space="preserve"> </w:t>
      </w:r>
    </w:p>
    <w:p w:rsidR="007B355B" w:rsidRPr="007B355B" w:rsidRDefault="007B355B" w:rsidP="00A43F51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7B355B">
        <w:rPr>
          <w:rFonts w:ascii="Times New Roman" w:hAnsi="Times New Roman" w:cs="Times New Roman"/>
          <w:sz w:val="24"/>
          <w:szCs w:val="24"/>
          <w:lang w:val="el-GR"/>
        </w:rPr>
        <w:t>Ώρες εξυπηρέτησης κοινού: 07:30-14:30</w:t>
      </w:r>
    </w:p>
    <w:p w:rsidR="007B355B" w:rsidRPr="007B355B" w:rsidRDefault="007B355B" w:rsidP="00A43F5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:rsidR="007B355B" w:rsidRPr="007B355B" w:rsidRDefault="007B355B" w:rsidP="00A43F51">
      <w:pPr>
        <w:tabs>
          <w:tab w:val="left" w:pos="6449"/>
        </w:tabs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l-GR"/>
        </w:rPr>
      </w:pPr>
      <w:r w:rsidRPr="007B355B">
        <w:rPr>
          <w:rFonts w:ascii="Times New Roman" w:hAnsi="Times New Roman" w:cs="Times New Roman"/>
          <w:b/>
          <w:sz w:val="24"/>
          <w:szCs w:val="24"/>
          <w:lang w:val="el-GR"/>
        </w:rPr>
        <w:t>Ο ΠΡΟΪΣΤΑΜΕΝΟΣ</w:t>
      </w:r>
    </w:p>
    <w:p w:rsidR="007B355B" w:rsidRDefault="007B355B" w:rsidP="00E93245">
      <w:pPr>
        <w:tabs>
          <w:tab w:val="left" w:pos="6449"/>
        </w:tabs>
        <w:jc w:val="right"/>
        <w:rPr>
          <w:b/>
          <w:lang w:val="el-GR"/>
        </w:rPr>
      </w:pPr>
      <w:r w:rsidRPr="007B355B">
        <w:rPr>
          <w:rFonts w:ascii="Times New Roman" w:hAnsi="Times New Roman" w:cs="Times New Roman"/>
          <w:b/>
          <w:sz w:val="24"/>
          <w:szCs w:val="24"/>
          <w:lang w:val="el-GR"/>
        </w:rPr>
        <w:t xml:space="preserve">Λάμπρος </w:t>
      </w:r>
      <w:proofErr w:type="spellStart"/>
      <w:r w:rsidRPr="007B355B">
        <w:rPr>
          <w:rFonts w:ascii="Times New Roman" w:hAnsi="Times New Roman" w:cs="Times New Roman"/>
          <w:b/>
          <w:sz w:val="24"/>
          <w:szCs w:val="24"/>
          <w:lang w:val="el-GR"/>
        </w:rPr>
        <w:t>Λέφας</w:t>
      </w:r>
      <w:proofErr w:type="spellEnd"/>
    </w:p>
    <w:sectPr w:rsidR="007B355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7" w:usb1="00000000" w:usb2="00000000" w:usb3="00000000" w:csb0="00000093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2E4717C"/>
    <w:multiLevelType w:val="multilevel"/>
    <w:tmpl w:val="CA606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0B3B24"/>
    <w:multiLevelType w:val="multilevel"/>
    <w:tmpl w:val="3B70A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508071B"/>
    <w:multiLevelType w:val="multilevel"/>
    <w:tmpl w:val="8DFC6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91142F"/>
    <w:multiLevelType w:val="multilevel"/>
    <w:tmpl w:val="F6FA9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7361434"/>
    <w:multiLevelType w:val="multilevel"/>
    <w:tmpl w:val="AA4C9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C2082"/>
    <w:rsid w:val="0029639D"/>
    <w:rsid w:val="002D2DF4"/>
    <w:rsid w:val="00326F90"/>
    <w:rsid w:val="00361751"/>
    <w:rsid w:val="007B355B"/>
    <w:rsid w:val="008A3C7C"/>
    <w:rsid w:val="009E52CE"/>
    <w:rsid w:val="00A43F51"/>
    <w:rsid w:val="00A45D44"/>
    <w:rsid w:val="00A53BE7"/>
    <w:rsid w:val="00AA1D8D"/>
    <w:rsid w:val="00B47730"/>
    <w:rsid w:val="00CB0664"/>
    <w:rsid w:val="00CC5732"/>
    <w:rsid w:val="00E932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εισαγωγικό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-">
    <w:name w:val="Hyperlink"/>
    <w:uiPriority w:val="99"/>
    <w:unhideWhenUsed/>
    <w:rsid w:val="002D2DF4"/>
    <w:rPr>
      <w:color w:val="0000FF"/>
      <w:u w:val="single"/>
    </w:rPr>
  </w:style>
  <w:style w:type="paragraph" w:styleId="Web">
    <w:name w:val="Normal (Web)"/>
    <w:basedOn w:val="a1"/>
    <w:uiPriority w:val="99"/>
    <w:semiHidden/>
    <w:unhideWhenUsed/>
    <w:rsid w:val="00A45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aff2">
    <w:name w:val="Balloon Text"/>
    <w:basedOn w:val="a1"/>
    <w:link w:val="Char7"/>
    <w:uiPriority w:val="99"/>
    <w:semiHidden/>
    <w:unhideWhenUsed/>
    <w:rsid w:val="009E5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7">
    <w:name w:val="Κείμενο πλαισίου Char"/>
    <w:basedOn w:val="a2"/>
    <w:link w:val="aff2"/>
    <w:uiPriority w:val="99"/>
    <w:semiHidden/>
    <w:rsid w:val="009E52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εισαγωγικό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-">
    <w:name w:val="Hyperlink"/>
    <w:uiPriority w:val="99"/>
    <w:unhideWhenUsed/>
    <w:rsid w:val="002D2DF4"/>
    <w:rPr>
      <w:color w:val="0000FF"/>
      <w:u w:val="single"/>
    </w:rPr>
  </w:style>
  <w:style w:type="paragraph" w:styleId="Web">
    <w:name w:val="Normal (Web)"/>
    <w:basedOn w:val="a1"/>
    <w:uiPriority w:val="99"/>
    <w:semiHidden/>
    <w:unhideWhenUsed/>
    <w:rsid w:val="00A45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aff2">
    <w:name w:val="Balloon Text"/>
    <w:basedOn w:val="a1"/>
    <w:link w:val="Char7"/>
    <w:uiPriority w:val="99"/>
    <w:semiHidden/>
    <w:unhideWhenUsed/>
    <w:rsid w:val="009E5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7">
    <w:name w:val="Κείμενο πλαισίου Char"/>
    <w:basedOn w:val="a2"/>
    <w:link w:val="aff2"/>
    <w:uiPriority w:val="99"/>
    <w:semiHidden/>
    <w:rsid w:val="009E52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blefas@1258.syzefxis.gov.g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mailto:lablefas@1258.syzefxis.gov.g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y.gov.gr/?utm_source=chatgpt.com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reg.services.gov.gr/?utm_source=chatgpt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aitiseis-dhmoi.services.gov.gr/?utm_source=chatgpt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809C18-8D05-436A-8EDC-1B685B645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493</Words>
  <Characters>2668</Characters>
  <Application>Microsoft Office Word</Application>
  <DocSecurity>0</DocSecurity>
  <Lines>22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3155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User1</cp:lastModifiedBy>
  <cp:revision>7</cp:revision>
  <cp:lastPrinted>2025-11-28T06:50:00Z</cp:lastPrinted>
  <dcterms:created xsi:type="dcterms:W3CDTF">2025-11-24T12:26:00Z</dcterms:created>
  <dcterms:modified xsi:type="dcterms:W3CDTF">2026-09-23T05:29:00Z</dcterms:modified>
</cp:coreProperties>
</file>